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[FIRM NAME]</w:t>
      </w:r>
    </w:p>
    <w:p>
      <w:pPr>
        <w:jc w:val="center"/>
      </w:pPr>
      <w:r>
        <w:rPr>
          <w:color w:val="666666"/>
          <w:sz w:val="18"/>
        </w:rPr>
        <w:t>[Address · Phone · Email · Website]</w:t>
      </w:r>
    </w:p>
    <w:p>
      <w:pPr>
        <w:jc w:val="center"/>
      </w:pPr>
      <w:r>
        <w:rPr>
          <w:b/>
          <w:sz w:val="26"/>
        </w:rPr>
        <w:t>CLIENT INTAKE FORM - PERSONAL INJURY</w:t>
      </w:r>
    </w:p>
    <w:p>
      <w:r>
        <w:rPr>
          <w:i/>
          <w:color w:val="666666"/>
          <w:sz w:val="17"/>
        </w:rPr>
        <w:t>CONFIDENTIAL. Completing this form does not create an attorney-client relationship. The firm represents you only after a signed engagement agreement and completion of a conflict check.</w:t>
      </w:r>
    </w:p>
    <w:p>
      <w:pPr>
        <w:spacing w:before="200" w:after="60"/>
      </w:pPr>
      <w:r>
        <w:rPr>
          <w:b/>
          <w:sz w:val="22"/>
        </w:rPr>
        <w:t>1. Potential 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Full legal name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Date of birth (mm/dd/yyyy)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Best phone / OK to text? / OK to leave voicemail?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Email address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Home address (street, city, state, ZIP)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County of residence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Preferred language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How did you hear about us?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referral name, search, ad, other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Emergency / alternate contact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name, relationship, phone</w:t>
            </w:r>
          </w:p>
        </w:tc>
      </w:tr>
    </w:tbl>
    <w:p>
      <w:pPr>
        <w:spacing w:before="200" w:after="60"/>
      </w:pPr>
      <w:r>
        <w:rPr>
          <w:b/>
          <w:sz w:val="22"/>
        </w:rPr>
        <w:t>2. The incident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Date of incident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critical for time limits - verify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Time and location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street/city/county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County where it happened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Type of incident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auto, motorcycle, pedestrian, slip/trip and fall, dog bite, work-related, other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Brief description in your own words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2-3 sentences; details with attorney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Police / incident report?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report number and agency if known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Photos, video, or witnesses?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do not attach; bring to consultation</w:t>
            </w:r>
          </w:p>
        </w:tc>
      </w:tr>
    </w:tbl>
    <w:p>
      <w:pPr>
        <w:spacing w:before="200" w:after="60"/>
      </w:pPr>
      <w:r>
        <w:rPr>
          <w:b/>
          <w:sz w:val="22"/>
        </w:rPr>
        <w:t>3. Other parties (conflict check)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Name of other driver / person / business involved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Their insurance company, if known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Their attorney, if known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 prior relationship with the other party?</w:t>
            </w:r>
          </w:p>
        </w:tc>
        <w:tc>
          <w:tcPr>
            <w:tcW w:type="dxa" w:w="4968"/>
          </w:tcPr>
          <w:p/>
        </w:tc>
      </w:tr>
    </w:tbl>
    <w:p>
      <w:pPr>
        <w:spacing w:before="200" w:after="60"/>
      </w:pPr>
      <w:r>
        <w:rPr>
          <w:b/>
          <w:sz w:val="22"/>
        </w:rPr>
        <w:t>4. Injuries and treatment (overview only)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Were you injured in the incident?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only - please do not describe injuries or conditions here; the attorney will go over them with you directly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Have you received any medical treatment since the incident?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and type of provider only (ER, urgent care, physician, specialist, chiropractor, none yet) - please do NOT describe your condition, diagnosis, or medications here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Is treatment ongoing?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only - no need to say what the treatment is for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Health insurance?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carrier</w:t>
            </w:r>
          </w:p>
        </w:tc>
      </w:tr>
    </w:tbl>
    <w:p>
      <w:pPr>
        <w:spacing w:before="200" w:after="60"/>
      </w:pPr>
      <w:r>
        <w:rPr>
          <w:b/>
          <w:sz w:val="22"/>
        </w:rPr>
        <w:t>5. Insurance and communications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Your auto/home insurance carrier and policy number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if applicable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Has ANY insurance company contacted you?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who, when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Have you given a recorded statement?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to whom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Have you been offered or signed anything?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describe generally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Prior attorney on this matter?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name</w:t>
            </w:r>
          </w:p>
        </w:tc>
      </w:tr>
    </w:tbl>
    <w:p>
      <w:pPr>
        <w:spacing w:before="200" w:after="60"/>
      </w:pPr>
      <w:r>
        <w:rPr>
          <w:b/>
          <w:sz w:val="22"/>
        </w:rPr>
        <w:t>6. Urgency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Any deadlines you know of related to this incident (e.g., an insurance company response date, a court date, or a letter demanding action by a certain date)?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Anyone pressuring you to sign or accept anything?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Anything else the firm should know now?</w:t>
            </w:r>
          </w:p>
        </w:tc>
        <w:tc>
          <w:tcPr>
            <w:tcW w:type="dxa" w:w="4968"/>
          </w:tcPr>
          <w:p/>
        </w:tc>
      </w:tr>
    </w:tbl>
    <w:p>
      <w:pPr>
        <w:spacing w:before="280"/>
      </w:pPr>
      <w:r>
        <w:rPr>
          <w:sz w:val="18"/>
        </w:rPr>
        <w:t>For office use: Conflict check run by ______________  Date ________  Cleared: Y / N     Assigned attorney: ______________</w:t>
      </w:r>
    </w:p>
    <w:p>
      <w:r>
        <w:rPr>
          <w:i/>
          <w:color w:val="999999"/>
          <w:sz w:val="16"/>
        </w:rPr>
        <w:t>General template provided by Lexara AI (lexarai.com). This is a starting point, not legal advice - adapt it to your state, your practice, and your Bar's rules before use.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